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Content Factory 新手使用手册</w:t>
      </w:r>
    </w:p>
    <w:p>
      <w:r>
        <w:t>这是一个帮你把原始素材整理成可发布内容的 AI 内容工具。你不需要会写文案，只要提交产品、门店、活动、服务或旧文案，系统会帮你生成适合发布的小红书、朋友圈、公众号等内容初稿。</w:t>
      </w:r>
    </w:p>
    <w:p>
      <w:r>
        <w:t>公开试用邀请码：FREE100</w:t>
      </w:r>
    </w:p>
    <w:p>
      <w:r>
        <w:t>注册入口：https://mycontentfactory.cloud/register</w:t>
      </w:r>
    </w:p>
    <w:p>
      <w:r>
        <w:t>提交素材入口：https://mycontentfactory.cloud/commercial-intake</w:t>
      </w:r>
    </w:p>
    <w:p>
      <w:pPr>
        <w:pStyle w:val="Heading1"/>
      </w:pPr>
      <w:r>
        <w:t>最简单的使用流程</w:t>
      </w:r>
    </w:p>
    <w:p>
      <w:r>
        <w:t>第一步：注册账号，邀请码会自动填写。</w:t>
      </w:r>
    </w:p>
    <w:p>
      <w:r>
        <w:t>第二步：提交素材，写清楚你想推广什么。</w:t>
      </w:r>
    </w:p>
    <w:p>
      <w:r>
        <w:t>第三步：等待内容初稿和人工质检结果。</w:t>
      </w:r>
    </w:p>
    <w:p>
      <w:pPr>
        <w:pStyle w:val="Heading1"/>
      </w:pPr>
      <w:r>
        <w:t>一、这个网站适合谁使用？</w:t>
      </w:r>
    </w:p>
    <w:p>
      <w:r>
        <w:t>本地商家：美容店、美甲店、餐饮店、培训机构、工作室等。</w:t>
      </w:r>
    </w:p>
    <w:p>
      <w:r>
        <w:t>小红书博主：不知道怎么写标题、正文、种草文案的人。</w:t>
      </w:r>
    </w:p>
    <w:p>
      <w:r>
        <w:t>电商卖家：需要产品卖点、详情页文案、推广文案的人。</w:t>
      </w:r>
    </w:p>
    <w:p>
      <w:r>
        <w:t>课程老师：需要课程介绍、招生文案、朋友圈文案的人。</w:t>
      </w:r>
    </w:p>
    <w:p>
      <w:r>
        <w:t>副业用户：需要把项目介绍整理成更容易传播内容的人。</w:t>
      </w:r>
    </w:p>
    <w:p>
      <w:pPr>
        <w:pStyle w:val="Heading1"/>
      </w:pPr>
      <w:r>
        <w:t>二、新用户怎么注册？</w:t>
      </w:r>
    </w:p>
    <w:p>
      <w:r>
        <w:t>进入注册页后，系统会自动填写公开试用邀请码。</w:t>
      </w:r>
    </w:p>
    <w:p>
      <w:r>
        <w:t>公开试用邀请码：FREE100</w:t>
      </w:r>
    </w:p>
    <w:p>
      <w:r>
        <w:t>前 100 名新用户可以免费试用。注册成功后，可以获得 3 次 AI 内容生成额度。</w:t>
      </w:r>
    </w:p>
    <w:p>
      <w:r>
        <w:t>注册入口：https://mycontentfactory.cloud/register</w:t>
      </w:r>
    </w:p>
    <w:p>
      <w:pPr>
        <w:pStyle w:val="Heading1"/>
      </w:pPr>
      <w:r>
        <w:t>三、怎么提交素材？</w:t>
      </w:r>
    </w:p>
    <w:p>
      <w:r>
        <w:t>进入提交素材页面，按页面提示填写即可。</w:t>
      </w:r>
    </w:p>
    <w:p>
      <w:r>
        <w:t>你可以提交门店介绍、产品卖点、活动信息、旧文案、目标客户、目标平台、想要的文案风格、参考链接或参考账号。</w:t>
      </w:r>
    </w:p>
    <w:p>
      <w:r>
        <w:t>提交素材入口：https://mycontentfactory.cloud/commercial-intake</w:t>
      </w:r>
    </w:p>
    <w:p>
      <w:pPr>
        <w:pStyle w:val="Heading1"/>
      </w:pPr>
      <w:r>
        <w:t>四、不会写素材怎么办？</w:t>
      </w:r>
    </w:p>
    <w:p>
      <w:r>
        <w:t>不会写也没关系，直接用大白话描述即可。</w:t>
      </w:r>
    </w:p>
    <w:p>
      <w:r>
        <w:t>示例：我是做美容店的，想推广夏季补水护理项目，客户主要是 20 到 35 岁女性，希望生成一篇适合小红书发布的文案。</w:t>
      </w:r>
    </w:p>
    <w:p>
      <w:r>
        <w:t>示例：我有一个课程，主要教新手做小红书账号，想写一篇朋友圈招生文案，语气要自然一点，不要太像广告。</w:t>
      </w:r>
    </w:p>
    <w:p>
      <w:pPr>
        <w:pStyle w:val="Heading1"/>
      </w:pPr>
      <w:r>
        <w:t>五、提交后会发生什么？</w:t>
      </w:r>
    </w:p>
    <w:p>
      <w:r>
        <w:t>提交后，系统会记录你的需求。</w:t>
      </w:r>
    </w:p>
    <w:p>
      <w:r>
        <w:t>管理员会查看你的素材，并根据你的需求生成内容初稿。</w:t>
      </w:r>
    </w:p>
    <w:p>
      <w:r>
        <w:t>对于前 100 位试用用户，会尽量提供一次 AI 初稿 + 人工质检体验。</w:t>
      </w:r>
    </w:p>
    <w:p>
      <w:r>
        <w:t>如果内容需要修改，可以通过反馈入口提交意见。</w:t>
      </w:r>
    </w:p>
    <w:p>
      <w:pPr>
        <w:pStyle w:val="Heading1"/>
      </w:pPr>
      <w:r>
        <w:t>六、我能拿到什么结果？</w:t>
      </w:r>
    </w:p>
    <w:p>
      <w:r>
        <w:t>小红书标题、小红书正文、朋友圈文案、公众号文案、产品卖点整理、活动推广文案、短视频口播脚本、内容优化建议等。</w:t>
      </w:r>
    </w:p>
    <w:p>
      <w:pPr>
        <w:pStyle w:val="Heading1"/>
      </w:pPr>
      <w:r>
        <w:t>七、常见问题</w:t>
      </w:r>
    </w:p>
    <w:p>
      <w:r>
        <w:t>注册时邀请码是什么？公开试用邀请码是 FREE100，注册页面会自动填写。</w:t>
      </w:r>
    </w:p>
    <w:p>
      <w:r>
        <w:t>免费试用有多少次？注册送 3 次 AI 内容生成额度。前 100 名提交素材的新用户，可免费体验 1 次 AI 初稿 + 人工质检。</w:t>
      </w:r>
    </w:p>
    <w:p>
      <w:r>
        <w:t>我不会写需求怎么办？直接写清楚你是做什么的、想推广什么、想发到哪里即可。</w:t>
      </w:r>
    </w:p>
    <w:p>
      <w:r>
        <w:t>提交后马上能看到结果吗？试跑阶段以人工审核和质量把关为主，不一定立即自动返回。</w:t>
      </w:r>
    </w:p>
    <w:p>
      <w:r>
        <w:t>可以提交多个素材吗？可以。建议一个产品、一个活动或一个主题单独提交一次。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